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579" w:rsidRPr="005F10AF" w:rsidRDefault="005F10AF" w:rsidP="005F10AF">
      <w:pPr>
        <w:spacing w:after="40"/>
        <w:jc w:val="center"/>
        <w:rPr>
          <w:rFonts w:eastAsia="新細明體" w:hint="eastAsia"/>
          <w:lang w:eastAsia="zh-TW"/>
        </w:rPr>
      </w:pPr>
      <w:r>
        <w:rPr>
          <w:b/>
          <w:color w:val="002060"/>
          <w:sz w:val="30"/>
          <w:lang w:eastAsia="zh-TW"/>
        </w:rPr>
        <w:t>教育部「教師資訊科技素養導向實體工作坊」【南部場】</w:t>
      </w:r>
      <w:r>
        <w:rPr>
          <w:b/>
          <w:color w:val="002060"/>
          <w:sz w:val="30"/>
          <w:lang w:eastAsia="zh-TW"/>
        </w:rPr>
        <w:br/>
      </w:r>
      <w:r>
        <w:rPr>
          <w:rFonts w:ascii="新細明體" w:eastAsia="新細明體" w:hAnsi="新細明體" w:hint="eastAsia"/>
          <w:b/>
          <w:color w:val="002060"/>
          <w:sz w:val="30"/>
          <w:lang w:eastAsia="zh-TW"/>
        </w:rPr>
        <w:t>屏東</w:t>
      </w:r>
      <w:r>
        <w:rPr>
          <w:b/>
          <w:color w:val="002060"/>
          <w:sz w:val="30"/>
          <w:lang w:eastAsia="zh-TW"/>
        </w:rPr>
        <w:t>縣推薦參訓教師遴選報名表</w:t>
      </w:r>
      <w:bookmarkStart w:id="0" w:name="_GoBack"/>
      <w:bookmarkEnd w:id="0"/>
    </w:p>
    <w:tbl>
      <w:tblPr>
        <w:tblW w:w="0" w:type="auto"/>
        <w:jc w:val="center"/>
        <w:tblBorders>
          <w:top w:val="single" w:sz="5" w:space="0" w:color="1F497D"/>
          <w:left w:val="single" w:sz="5" w:space="0" w:color="1F497D"/>
          <w:bottom w:val="single" w:sz="5" w:space="0" w:color="1F497D"/>
          <w:right w:val="single" w:sz="5" w:space="0" w:color="1F497D"/>
          <w:insideH w:val="single" w:sz="5" w:space="0" w:color="1F497D"/>
          <w:insideV w:val="single" w:sz="5" w:space="0" w:color="1F497D"/>
        </w:tblBorders>
        <w:tblLook w:val="04A0" w:firstRow="1" w:lastRow="0" w:firstColumn="1" w:lastColumn="0" w:noHBand="0" w:noVBand="1"/>
      </w:tblPr>
      <w:tblGrid>
        <w:gridCol w:w="2016"/>
        <w:gridCol w:w="3024"/>
        <w:gridCol w:w="2016"/>
        <w:gridCol w:w="3024"/>
      </w:tblGrid>
      <w:tr w:rsidR="00264579">
        <w:trPr>
          <w:jc w:val="center"/>
        </w:trPr>
        <w:tc>
          <w:tcPr>
            <w:tcW w:w="10080" w:type="dxa"/>
            <w:gridSpan w:val="4"/>
            <w:shd w:val="clear" w:color="auto" w:fill="1F497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rPr>
                <w:lang w:eastAsia="zh-TW"/>
              </w:rPr>
            </w:pPr>
            <w:r>
              <w:rPr>
                <w:b/>
                <w:color w:val="FFFFFF"/>
                <w:sz w:val="22"/>
                <w:lang w:eastAsia="zh-TW"/>
              </w:rPr>
              <w:t>【壹、南部場研習資訊】</w:t>
            </w:r>
          </w:p>
        </w:tc>
      </w:tr>
      <w:tr w:rsidR="00264579">
        <w:trPr>
          <w:jc w:val="center"/>
        </w:trPr>
        <w:tc>
          <w:tcPr>
            <w:tcW w:w="2016" w:type="dxa"/>
            <w:shd w:val="clear" w:color="auto" w:fill="F2F4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</w:rPr>
              <w:t>研習時間</w:t>
            </w:r>
            <w:proofErr w:type="spellEnd"/>
          </w:p>
        </w:tc>
        <w:tc>
          <w:tcPr>
            <w:tcW w:w="8064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rPr>
                <w:lang w:eastAsia="zh-TW"/>
              </w:rPr>
            </w:pPr>
            <w:r>
              <w:rPr>
                <w:b/>
                <w:color w:val="002060"/>
                <w:lang w:eastAsia="zh-TW"/>
              </w:rPr>
              <w:t>中華民國</w:t>
            </w:r>
            <w:r>
              <w:rPr>
                <w:b/>
                <w:color w:val="002060"/>
                <w:lang w:eastAsia="zh-TW"/>
              </w:rPr>
              <w:t xml:space="preserve"> 115 </w:t>
            </w:r>
            <w:r>
              <w:rPr>
                <w:b/>
                <w:color w:val="002060"/>
                <w:lang w:eastAsia="zh-TW"/>
              </w:rPr>
              <w:t>年</w:t>
            </w:r>
            <w:r>
              <w:rPr>
                <w:b/>
                <w:color w:val="002060"/>
                <w:lang w:eastAsia="zh-TW"/>
              </w:rPr>
              <w:t xml:space="preserve"> 12 </w:t>
            </w:r>
            <w:r>
              <w:rPr>
                <w:b/>
                <w:color w:val="002060"/>
                <w:lang w:eastAsia="zh-TW"/>
              </w:rPr>
              <w:t>月</w:t>
            </w:r>
            <w:r>
              <w:rPr>
                <w:b/>
                <w:color w:val="002060"/>
                <w:lang w:eastAsia="zh-TW"/>
              </w:rPr>
              <w:t xml:space="preserve"> 26 </w:t>
            </w:r>
            <w:r>
              <w:rPr>
                <w:b/>
                <w:color w:val="002060"/>
                <w:lang w:eastAsia="zh-TW"/>
              </w:rPr>
              <w:t>日（星期六）</w:t>
            </w:r>
            <w:r>
              <w:rPr>
                <w:b/>
                <w:color w:val="002060"/>
                <w:lang w:eastAsia="zh-TW"/>
              </w:rPr>
              <w:t xml:space="preserve"> </w:t>
            </w:r>
            <w:r>
              <w:rPr>
                <w:b/>
                <w:color w:val="002060"/>
                <w:lang w:eastAsia="zh-TW"/>
              </w:rPr>
              <w:t>上午</w:t>
            </w:r>
            <w:r>
              <w:rPr>
                <w:b/>
                <w:color w:val="002060"/>
                <w:lang w:eastAsia="zh-TW"/>
              </w:rPr>
              <w:t xml:space="preserve"> 09:30 </w:t>
            </w:r>
            <w:r>
              <w:rPr>
                <w:b/>
                <w:color w:val="002060"/>
                <w:lang w:eastAsia="zh-TW"/>
              </w:rPr>
              <w:t>至</w:t>
            </w:r>
            <w:r>
              <w:rPr>
                <w:b/>
                <w:color w:val="002060"/>
                <w:lang w:eastAsia="zh-TW"/>
              </w:rPr>
              <w:t xml:space="preserve"> 12:30</w:t>
            </w:r>
          </w:p>
        </w:tc>
      </w:tr>
      <w:tr w:rsidR="00264579">
        <w:trPr>
          <w:jc w:val="center"/>
        </w:trPr>
        <w:tc>
          <w:tcPr>
            <w:tcW w:w="2016" w:type="dxa"/>
            <w:shd w:val="clear" w:color="auto" w:fill="F2F4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</w:rPr>
              <w:t>研習地點</w:t>
            </w:r>
            <w:proofErr w:type="spellEnd"/>
          </w:p>
        </w:tc>
        <w:tc>
          <w:tcPr>
            <w:tcW w:w="302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rPr>
                <w:lang w:eastAsia="zh-TW"/>
              </w:rPr>
            </w:pPr>
            <w:r>
              <w:rPr>
                <w:color w:val="333333"/>
                <w:sz w:val="19"/>
                <w:lang w:eastAsia="zh-TW"/>
              </w:rPr>
              <w:t>高雄市苓雅區四維國民小學</w:t>
            </w:r>
            <w:r>
              <w:rPr>
                <w:color w:val="333333"/>
                <w:sz w:val="19"/>
                <w:lang w:eastAsia="zh-TW"/>
              </w:rPr>
              <w:br/>
            </w:r>
            <w:r>
              <w:rPr>
                <w:color w:val="333333"/>
                <w:sz w:val="19"/>
                <w:lang w:eastAsia="zh-TW"/>
              </w:rPr>
              <w:t>(</w:t>
            </w:r>
            <w:r>
              <w:rPr>
                <w:color w:val="333333"/>
                <w:sz w:val="19"/>
                <w:lang w:eastAsia="zh-TW"/>
              </w:rPr>
              <w:t>高雄市苓雅區青年一路</w:t>
            </w:r>
            <w:r>
              <w:rPr>
                <w:color w:val="333333"/>
                <w:sz w:val="19"/>
                <w:lang w:eastAsia="zh-TW"/>
              </w:rPr>
              <w:t>103</w:t>
            </w:r>
            <w:r>
              <w:rPr>
                <w:color w:val="333333"/>
                <w:sz w:val="19"/>
                <w:lang w:eastAsia="zh-TW"/>
              </w:rPr>
              <w:t>號</w:t>
            </w:r>
            <w:r>
              <w:rPr>
                <w:color w:val="333333"/>
                <w:sz w:val="19"/>
                <w:lang w:eastAsia="zh-TW"/>
              </w:rPr>
              <w:t>)</w:t>
            </w:r>
          </w:p>
        </w:tc>
        <w:tc>
          <w:tcPr>
            <w:tcW w:w="2016" w:type="dxa"/>
            <w:shd w:val="clear" w:color="auto" w:fill="F2F4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</w:rPr>
              <w:t>專案講師</w:t>
            </w:r>
            <w:proofErr w:type="spellEnd"/>
          </w:p>
        </w:tc>
        <w:tc>
          <w:tcPr>
            <w:tcW w:w="302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rPr>
                <w:lang w:eastAsia="zh-TW"/>
              </w:rPr>
            </w:pPr>
            <w:r>
              <w:rPr>
                <w:color w:val="333333"/>
                <w:lang w:eastAsia="zh-TW"/>
              </w:rPr>
              <w:t>高雄市四維國小</w:t>
            </w:r>
            <w:r>
              <w:rPr>
                <w:color w:val="333333"/>
                <w:lang w:eastAsia="zh-TW"/>
              </w:rPr>
              <w:t xml:space="preserve"> </w:t>
            </w:r>
            <w:r>
              <w:rPr>
                <w:color w:val="333333"/>
                <w:lang w:eastAsia="zh-TW"/>
              </w:rPr>
              <w:t>洪維謙老師</w:t>
            </w:r>
          </w:p>
        </w:tc>
      </w:tr>
      <w:tr w:rsidR="00264579">
        <w:trPr>
          <w:jc w:val="center"/>
        </w:trPr>
        <w:tc>
          <w:tcPr>
            <w:tcW w:w="10080" w:type="dxa"/>
            <w:gridSpan w:val="4"/>
            <w:shd w:val="clear" w:color="auto" w:fill="1F497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rPr>
                <w:lang w:eastAsia="zh-TW"/>
              </w:rPr>
            </w:pPr>
            <w:r>
              <w:rPr>
                <w:b/>
                <w:color w:val="FFFFFF"/>
                <w:sz w:val="22"/>
                <w:lang w:eastAsia="zh-TW"/>
              </w:rPr>
              <w:t>【貳、報名教師基本資料】</w:t>
            </w:r>
          </w:p>
        </w:tc>
      </w:tr>
      <w:tr w:rsidR="00264579">
        <w:trPr>
          <w:jc w:val="center"/>
        </w:trPr>
        <w:tc>
          <w:tcPr>
            <w:tcW w:w="2016" w:type="dxa"/>
            <w:shd w:val="clear" w:color="auto" w:fill="F2F4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</w:rPr>
              <w:t>服務學校</w:t>
            </w:r>
            <w:proofErr w:type="spellEnd"/>
          </w:p>
        </w:tc>
        <w:tc>
          <w:tcPr>
            <w:tcW w:w="302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rPr>
                <w:lang w:eastAsia="zh-TW"/>
              </w:rPr>
            </w:pPr>
            <w:r>
              <w:rPr>
                <w:color w:val="333333"/>
                <w:lang w:eastAsia="zh-TW"/>
              </w:rPr>
              <w:t xml:space="preserve">□ </w:t>
            </w:r>
            <w:r>
              <w:rPr>
                <w:color w:val="333333"/>
                <w:lang w:eastAsia="zh-TW"/>
              </w:rPr>
              <w:t xml:space="preserve">國中　</w:t>
            </w:r>
            <w:r>
              <w:rPr>
                <w:color w:val="333333"/>
                <w:lang w:eastAsia="zh-TW"/>
              </w:rPr>
              <w:t xml:space="preserve">□ </w:t>
            </w:r>
            <w:r>
              <w:rPr>
                <w:color w:val="333333"/>
                <w:lang w:eastAsia="zh-TW"/>
              </w:rPr>
              <w:t>國小</w:t>
            </w:r>
            <w:r>
              <w:rPr>
                <w:color w:val="333333"/>
                <w:lang w:eastAsia="zh-TW"/>
              </w:rPr>
              <w:br/>
            </w:r>
            <w:r>
              <w:rPr>
                <w:color w:val="333333"/>
                <w:lang w:eastAsia="zh-TW"/>
              </w:rPr>
              <w:t>學校全銜：</w:t>
            </w:r>
          </w:p>
        </w:tc>
        <w:tc>
          <w:tcPr>
            <w:tcW w:w="2016" w:type="dxa"/>
            <w:shd w:val="clear" w:color="auto" w:fill="F2F4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</w:rPr>
              <w:t>教師姓名</w:t>
            </w:r>
            <w:proofErr w:type="spellEnd"/>
          </w:p>
        </w:tc>
        <w:tc>
          <w:tcPr>
            <w:tcW w:w="302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264579">
            <w:pPr>
              <w:spacing w:after="0"/>
            </w:pPr>
          </w:p>
        </w:tc>
      </w:tr>
      <w:tr w:rsidR="00264579">
        <w:trPr>
          <w:jc w:val="center"/>
        </w:trPr>
        <w:tc>
          <w:tcPr>
            <w:tcW w:w="2016" w:type="dxa"/>
            <w:shd w:val="clear" w:color="auto" w:fill="F2F4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jc w:val="center"/>
            </w:pPr>
            <w:r>
              <w:rPr>
                <w:b/>
                <w:color w:val="333333"/>
              </w:rPr>
              <w:t>現任職務</w:t>
            </w:r>
          </w:p>
        </w:tc>
        <w:tc>
          <w:tcPr>
            <w:tcW w:w="302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rPr>
                <w:lang w:eastAsia="zh-TW"/>
              </w:rPr>
            </w:pPr>
            <w:r>
              <w:rPr>
                <w:color w:val="333333"/>
                <w:sz w:val="19"/>
                <w:lang w:eastAsia="zh-TW"/>
              </w:rPr>
              <w:t xml:space="preserve">□ </w:t>
            </w:r>
            <w:r>
              <w:rPr>
                <w:color w:val="333333"/>
                <w:sz w:val="19"/>
                <w:lang w:eastAsia="zh-TW"/>
              </w:rPr>
              <w:t>專任</w:t>
            </w:r>
            <w:r>
              <w:rPr>
                <w:color w:val="333333"/>
                <w:sz w:val="19"/>
                <w:lang w:eastAsia="zh-TW"/>
              </w:rPr>
              <w:t>/</w:t>
            </w:r>
            <w:r>
              <w:rPr>
                <w:color w:val="333333"/>
                <w:sz w:val="19"/>
                <w:lang w:eastAsia="zh-TW"/>
              </w:rPr>
              <w:t xml:space="preserve">科任教師　</w:t>
            </w:r>
            <w:r>
              <w:rPr>
                <w:color w:val="333333"/>
                <w:sz w:val="19"/>
                <w:lang w:eastAsia="zh-TW"/>
              </w:rPr>
              <w:t xml:space="preserve">□ </w:t>
            </w:r>
            <w:r>
              <w:rPr>
                <w:color w:val="333333"/>
                <w:sz w:val="19"/>
                <w:lang w:eastAsia="zh-TW"/>
              </w:rPr>
              <w:t>導師</w:t>
            </w:r>
            <w:r>
              <w:rPr>
                <w:color w:val="333333"/>
                <w:sz w:val="19"/>
                <w:lang w:eastAsia="zh-TW"/>
              </w:rPr>
              <w:br/>
              <w:t xml:space="preserve">□ </w:t>
            </w:r>
            <w:r>
              <w:rPr>
                <w:color w:val="333333"/>
                <w:sz w:val="19"/>
                <w:lang w:eastAsia="zh-TW"/>
              </w:rPr>
              <w:t>行政人員：</w:t>
            </w:r>
            <w:r>
              <w:rPr>
                <w:color w:val="333333"/>
                <w:sz w:val="19"/>
                <w:lang w:eastAsia="zh-TW"/>
              </w:rPr>
              <w:t>____________</w:t>
            </w:r>
          </w:p>
        </w:tc>
        <w:tc>
          <w:tcPr>
            <w:tcW w:w="2016" w:type="dxa"/>
            <w:shd w:val="clear" w:color="auto" w:fill="F2F4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</w:rPr>
              <w:t>任教領域</w:t>
            </w:r>
            <w:proofErr w:type="spellEnd"/>
            <w:r>
              <w:rPr>
                <w:b/>
                <w:color w:val="333333"/>
              </w:rPr>
              <w:t>/</w:t>
            </w:r>
            <w:proofErr w:type="spellStart"/>
            <w:r>
              <w:rPr>
                <w:b/>
                <w:color w:val="333333"/>
              </w:rPr>
              <w:t>科目</w:t>
            </w:r>
            <w:proofErr w:type="spellEnd"/>
          </w:p>
        </w:tc>
        <w:tc>
          <w:tcPr>
            <w:tcW w:w="302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rPr>
                <w:lang w:eastAsia="zh-TW"/>
              </w:rPr>
            </w:pPr>
            <w:r>
              <w:rPr>
                <w:color w:val="333333"/>
                <w:sz w:val="19"/>
                <w:lang w:eastAsia="zh-TW"/>
              </w:rPr>
              <w:t xml:space="preserve">□ </w:t>
            </w:r>
            <w:r>
              <w:rPr>
                <w:color w:val="333333"/>
                <w:sz w:val="19"/>
                <w:lang w:eastAsia="zh-TW"/>
              </w:rPr>
              <w:t xml:space="preserve">資訊科技　</w:t>
            </w:r>
            <w:r>
              <w:rPr>
                <w:color w:val="333333"/>
                <w:sz w:val="19"/>
                <w:lang w:eastAsia="zh-TW"/>
              </w:rPr>
              <w:t xml:space="preserve">□ </w:t>
            </w:r>
            <w:r>
              <w:rPr>
                <w:color w:val="333333"/>
                <w:sz w:val="19"/>
                <w:lang w:eastAsia="zh-TW"/>
              </w:rPr>
              <w:t>生活科技</w:t>
            </w:r>
            <w:r>
              <w:rPr>
                <w:color w:val="333333"/>
                <w:sz w:val="19"/>
                <w:lang w:eastAsia="zh-TW"/>
              </w:rPr>
              <w:br/>
              <w:t xml:space="preserve">□ </w:t>
            </w:r>
            <w:r>
              <w:rPr>
                <w:color w:val="333333"/>
                <w:sz w:val="19"/>
                <w:lang w:eastAsia="zh-TW"/>
              </w:rPr>
              <w:t>彈性</w:t>
            </w:r>
            <w:r>
              <w:rPr>
                <w:color w:val="333333"/>
                <w:sz w:val="19"/>
                <w:lang w:eastAsia="zh-TW"/>
              </w:rPr>
              <w:t>/</w:t>
            </w:r>
            <w:r>
              <w:rPr>
                <w:color w:val="333333"/>
                <w:sz w:val="19"/>
                <w:lang w:eastAsia="zh-TW"/>
              </w:rPr>
              <w:t xml:space="preserve">校本課程　</w:t>
            </w:r>
            <w:r>
              <w:rPr>
                <w:color w:val="333333"/>
                <w:sz w:val="19"/>
                <w:lang w:eastAsia="zh-TW"/>
              </w:rPr>
              <w:t xml:space="preserve">□ </w:t>
            </w:r>
            <w:r>
              <w:rPr>
                <w:color w:val="333333"/>
                <w:sz w:val="19"/>
                <w:lang w:eastAsia="zh-TW"/>
              </w:rPr>
              <w:t>其他</w:t>
            </w:r>
          </w:p>
        </w:tc>
      </w:tr>
      <w:tr w:rsidR="00264579">
        <w:trPr>
          <w:jc w:val="center"/>
        </w:trPr>
        <w:tc>
          <w:tcPr>
            <w:tcW w:w="2016" w:type="dxa"/>
            <w:shd w:val="clear" w:color="auto" w:fill="F2F4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</w:rPr>
              <w:t>聯絡電話</w:t>
            </w:r>
            <w:proofErr w:type="spellEnd"/>
          </w:p>
        </w:tc>
        <w:tc>
          <w:tcPr>
            <w:tcW w:w="302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rPr>
                <w:lang w:eastAsia="zh-TW"/>
              </w:rPr>
            </w:pPr>
            <w:r>
              <w:rPr>
                <w:color w:val="333333"/>
                <w:sz w:val="19"/>
                <w:lang w:eastAsia="zh-TW"/>
              </w:rPr>
              <w:t>公務電話：</w:t>
            </w:r>
            <w:r>
              <w:rPr>
                <w:color w:val="333333"/>
                <w:sz w:val="19"/>
                <w:lang w:eastAsia="zh-TW"/>
              </w:rPr>
              <w:br/>
            </w:r>
            <w:r>
              <w:rPr>
                <w:color w:val="333333"/>
                <w:sz w:val="19"/>
                <w:lang w:eastAsia="zh-TW"/>
              </w:rPr>
              <w:t>行動電話：</w:t>
            </w:r>
          </w:p>
        </w:tc>
        <w:tc>
          <w:tcPr>
            <w:tcW w:w="2016" w:type="dxa"/>
            <w:shd w:val="clear" w:color="auto" w:fill="F2F4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</w:rPr>
              <w:t>電子信箱</w:t>
            </w:r>
            <w:proofErr w:type="spellEnd"/>
            <w:r>
              <w:rPr>
                <w:b/>
                <w:color w:val="333333"/>
              </w:rPr>
              <w:br/>
              <w:t>(E-mail)</w:t>
            </w:r>
          </w:p>
        </w:tc>
        <w:tc>
          <w:tcPr>
            <w:tcW w:w="302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rPr>
                <w:lang w:eastAsia="zh-TW"/>
              </w:rPr>
            </w:pPr>
            <w:r>
              <w:rPr>
                <w:color w:val="333333"/>
                <w:sz w:val="18"/>
                <w:lang w:eastAsia="zh-TW"/>
              </w:rPr>
              <w:t>(</w:t>
            </w:r>
            <w:r>
              <w:rPr>
                <w:color w:val="333333"/>
                <w:sz w:val="18"/>
                <w:lang w:eastAsia="zh-TW"/>
              </w:rPr>
              <w:t>請提供常用信箱，以利接收大會行前通知信件</w:t>
            </w:r>
            <w:r>
              <w:rPr>
                <w:color w:val="333333"/>
                <w:sz w:val="18"/>
                <w:lang w:eastAsia="zh-TW"/>
              </w:rPr>
              <w:t>)</w:t>
            </w:r>
          </w:p>
        </w:tc>
      </w:tr>
      <w:tr w:rsidR="00264579">
        <w:trPr>
          <w:jc w:val="center"/>
        </w:trPr>
        <w:tc>
          <w:tcPr>
            <w:tcW w:w="10080" w:type="dxa"/>
            <w:gridSpan w:val="4"/>
            <w:shd w:val="clear" w:color="auto" w:fill="1F497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rPr>
                <w:lang w:eastAsia="zh-TW"/>
              </w:rPr>
            </w:pPr>
            <w:r>
              <w:rPr>
                <w:b/>
                <w:color w:val="FFFFFF"/>
                <w:sz w:val="22"/>
                <w:lang w:eastAsia="zh-TW"/>
              </w:rPr>
              <w:t>【參、專業經歷與優先遴選審查項目】（名額僅</w:t>
            </w:r>
            <w:r>
              <w:rPr>
                <w:b/>
                <w:color w:val="FFFFFF"/>
                <w:sz w:val="22"/>
                <w:lang w:eastAsia="zh-TW"/>
              </w:rPr>
              <w:t>3</w:t>
            </w:r>
            <w:r>
              <w:rPr>
                <w:b/>
                <w:color w:val="FFFFFF"/>
                <w:sz w:val="22"/>
                <w:lang w:eastAsia="zh-TW"/>
              </w:rPr>
              <w:t>名，請確實勾選供教育處遴選排序）</w:t>
            </w:r>
          </w:p>
        </w:tc>
      </w:tr>
      <w:tr w:rsidR="00264579">
        <w:trPr>
          <w:jc w:val="center"/>
        </w:trPr>
        <w:tc>
          <w:tcPr>
            <w:tcW w:w="2016" w:type="dxa"/>
            <w:shd w:val="clear" w:color="auto" w:fill="F2F4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jc w:val="center"/>
            </w:pPr>
            <w:r>
              <w:rPr>
                <w:b/>
                <w:color w:val="333333"/>
              </w:rPr>
              <w:t xml:space="preserve">1. </w:t>
            </w:r>
            <w:proofErr w:type="spellStart"/>
            <w:r>
              <w:rPr>
                <w:b/>
                <w:color w:val="333333"/>
              </w:rPr>
              <w:t>程式教學</w:t>
            </w:r>
            <w:proofErr w:type="spellEnd"/>
            <w:r>
              <w:rPr>
                <w:b/>
                <w:color w:val="333333"/>
              </w:rPr>
              <w:br/>
            </w:r>
            <w:proofErr w:type="spellStart"/>
            <w:r>
              <w:rPr>
                <w:b/>
                <w:color w:val="333333"/>
              </w:rPr>
              <w:t>與實作經驗</w:t>
            </w:r>
            <w:proofErr w:type="spellEnd"/>
          </w:p>
        </w:tc>
        <w:tc>
          <w:tcPr>
            <w:tcW w:w="8064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rPr>
                <w:lang w:eastAsia="zh-TW"/>
              </w:rPr>
            </w:pPr>
            <w:r>
              <w:rPr>
                <w:color w:val="333333"/>
                <w:sz w:val="19"/>
                <w:lang w:eastAsia="zh-TW"/>
              </w:rPr>
              <w:t xml:space="preserve">□ </w:t>
            </w:r>
            <w:r>
              <w:rPr>
                <w:color w:val="333333"/>
                <w:sz w:val="19"/>
                <w:lang w:eastAsia="zh-TW"/>
              </w:rPr>
              <w:t>具備</w:t>
            </w:r>
            <w:r>
              <w:rPr>
                <w:color w:val="333333"/>
                <w:sz w:val="19"/>
                <w:lang w:eastAsia="zh-TW"/>
              </w:rPr>
              <w:t xml:space="preserve"> Scratch </w:t>
            </w:r>
            <w:r>
              <w:rPr>
                <w:color w:val="333333"/>
                <w:sz w:val="19"/>
                <w:lang w:eastAsia="zh-TW"/>
              </w:rPr>
              <w:t>程式設計教學經驗累計</w:t>
            </w:r>
            <w:r>
              <w:rPr>
                <w:color w:val="333333"/>
                <w:sz w:val="19"/>
                <w:lang w:eastAsia="zh-TW"/>
              </w:rPr>
              <w:t xml:space="preserve"> _____ </w:t>
            </w:r>
            <w:r>
              <w:rPr>
                <w:color w:val="333333"/>
                <w:sz w:val="19"/>
                <w:lang w:eastAsia="zh-TW"/>
              </w:rPr>
              <w:t>年</w:t>
            </w:r>
            <w:r>
              <w:rPr>
                <w:color w:val="333333"/>
                <w:sz w:val="19"/>
                <w:lang w:eastAsia="zh-TW"/>
              </w:rPr>
              <w:br/>
              <w:t xml:space="preserve">□ </w:t>
            </w:r>
            <w:r>
              <w:rPr>
                <w:color w:val="333333"/>
                <w:sz w:val="19"/>
                <w:lang w:eastAsia="zh-TW"/>
              </w:rPr>
              <w:t>曾開設程式設計相關社團、彈性學習或微課程</w:t>
            </w:r>
            <w:proofErr w:type="gramStart"/>
            <w:r>
              <w:rPr>
                <w:color w:val="333333"/>
                <w:sz w:val="19"/>
                <w:lang w:eastAsia="zh-TW"/>
              </w:rPr>
              <w:t>（</w:t>
            </w:r>
            <w:proofErr w:type="gramEnd"/>
            <w:r>
              <w:rPr>
                <w:color w:val="333333"/>
                <w:sz w:val="19"/>
                <w:lang w:eastAsia="zh-TW"/>
              </w:rPr>
              <w:t>課程名稱：</w:t>
            </w:r>
            <w:r>
              <w:rPr>
                <w:color w:val="333333"/>
                <w:sz w:val="19"/>
                <w:lang w:eastAsia="zh-TW"/>
              </w:rPr>
              <w:t>_____________________</w:t>
            </w:r>
            <w:proofErr w:type="gramStart"/>
            <w:r>
              <w:rPr>
                <w:color w:val="333333"/>
                <w:sz w:val="19"/>
                <w:lang w:eastAsia="zh-TW"/>
              </w:rPr>
              <w:t>）</w:t>
            </w:r>
            <w:proofErr w:type="gramEnd"/>
            <w:r>
              <w:rPr>
                <w:color w:val="333333"/>
                <w:sz w:val="19"/>
                <w:lang w:eastAsia="zh-TW"/>
              </w:rPr>
              <w:br/>
              <w:t xml:space="preserve">□ </w:t>
            </w:r>
            <w:r>
              <w:rPr>
                <w:color w:val="333333"/>
                <w:sz w:val="19"/>
                <w:lang w:eastAsia="zh-TW"/>
              </w:rPr>
              <w:t>熟悉</w:t>
            </w:r>
            <w:r>
              <w:rPr>
                <w:color w:val="333333"/>
                <w:sz w:val="19"/>
                <w:lang w:eastAsia="zh-TW"/>
              </w:rPr>
              <w:t xml:space="preserve"> Scratch </w:t>
            </w:r>
            <w:r>
              <w:rPr>
                <w:color w:val="333333"/>
                <w:sz w:val="19"/>
                <w:lang w:eastAsia="zh-TW"/>
              </w:rPr>
              <w:t>基礎操作並具備</w:t>
            </w:r>
            <w:r>
              <w:rPr>
                <w:color w:val="333333"/>
                <w:sz w:val="19"/>
                <w:lang w:eastAsia="zh-TW"/>
              </w:rPr>
              <w:t xml:space="preserve"> AI </w:t>
            </w:r>
            <w:r>
              <w:rPr>
                <w:color w:val="333333"/>
                <w:sz w:val="19"/>
                <w:lang w:eastAsia="zh-TW"/>
              </w:rPr>
              <w:t>擴充積木或相關工具實作能力</w:t>
            </w:r>
          </w:p>
        </w:tc>
      </w:tr>
      <w:tr w:rsidR="00264579">
        <w:trPr>
          <w:jc w:val="center"/>
        </w:trPr>
        <w:tc>
          <w:tcPr>
            <w:tcW w:w="2016" w:type="dxa"/>
            <w:shd w:val="clear" w:color="auto" w:fill="F2F4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jc w:val="center"/>
            </w:pPr>
            <w:r>
              <w:rPr>
                <w:b/>
                <w:color w:val="333333"/>
              </w:rPr>
              <w:t xml:space="preserve">2. </w:t>
            </w:r>
            <w:proofErr w:type="spellStart"/>
            <w:r>
              <w:rPr>
                <w:b/>
                <w:color w:val="333333"/>
              </w:rPr>
              <w:t>競賽指導</w:t>
            </w:r>
            <w:proofErr w:type="spellEnd"/>
            <w:r>
              <w:rPr>
                <w:b/>
                <w:color w:val="333333"/>
              </w:rPr>
              <w:br/>
            </w:r>
            <w:proofErr w:type="spellStart"/>
            <w:r>
              <w:rPr>
                <w:b/>
                <w:color w:val="333333"/>
              </w:rPr>
              <w:t>與獲獎成果</w:t>
            </w:r>
            <w:proofErr w:type="spellEnd"/>
          </w:p>
        </w:tc>
        <w:tc>
          <w:tcPr>
            <w:tcW w:w="8064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rPr>
                <w:lang w:eastAsia="zh-TW"/>
              </w:rPr>
            </w:pPr>
            <w:r>
              <w:rPr>
                <w:color w:val="333333"/>
                <w:sz w:val="19"/>
                <w:lang w:eastAsia="zh-TW"/>
              </w:rPr>
              <w:t xml:space="preserve">□ </w:t>
            </w:r>
            <w:r>
              <w:rPr>
                <w:color w:val="333333"/>
                <w:sz w:val="19"/>
                <w:lang w:eastAsia="zh-TW"/>
              </w:rPr>
              <w:t>曾指導學生參加「全國貓咪</w:t>
            </w:r>
            <w:proofErr w:type="gramStart"/>
            <w:r>
              <w:rPr>
                <w:color w:val="333333"/>
                <w:sz w:val="19"/>
                <w:lang w:eastAsia="zh-TW"/>
              </w:rPr>
              <w:t>盃</w:t>
            </w:r>
            <w:proofErr w:type="gramEnd"/>
            <w:r>
              <w:rPr>
                <w:color w:val="333333"/>
                <w:sz w:val="19"/>
                <w:lang w:eastAsia="zh-TW"/>
              </w:rPr>
              <w:t xml:space="preserve"> Scratch </w:t>
            </w:r>
            <w:r>
              <w:rPr>
                <w:color w:val="333333"/>
                <w:sz w:val="19"/>
                <w:lang w:eastAsia="zh-TW"/>
              </w:rPr>
              <w:t>競賽」獲獎或參賽</w:t>
            </w:r>
            <w:proofErr w:type="gramStart"/>
            <w:r>
              <w:rPr>
                <w:color w:val="333333"/>
                <w:sz w:val="19"/>
                <w:lang w:eastAsia="zh-TW"/>
              </w:rPr>
              <w:t>（</w:t>
            </w:r>
            <w:proofErr w:type="gramEnd"/>
            <w:r>
              <w:rPr>
                <w:color w:val="333333"/>
                <w:sz w:val="19"/>
                <w:lang w:eastAsia="zh-TW"/>
              </w:rPr>
              <w:t>年度</w:t>
            </w:r>
            <w:r>
              <w:rPr>
                <w:color w:val="333333"/>
                <w:sz w:val="19"/>
                <w:lang w:eastAsia="zh-TW"/>
              </w:rPr>
              <w:t>/</w:t>
            </w:r>
            <w:r>
              <w:rPr>
                <w:color w:val="333333"/>
                <w:sz w:val="19"/>
                <w:lang w:eastAsia="zh-TW"/>
              </w:rPr>
              <w:t>組別：</w:t>
            </w:r>
            <w:r>
              <w:rPr>
                <w:color w:val="333333"/>
                <w:sz w:val="19"/>
                <w:lang w:eastAsia="zh-TW"/>
              </w:rPr>
              <w:t>_______________</w:t>
            </w:r>
            <w:proofErr w:type="gramStart"/>
            <w:r>
              <w:rPr>
                <w:color w:val="333333"/>
                <w:sz w:val="19"/>
                <w:lang w:eastAsia="zh-TW"/>
              </w:rPr>
              <w:t>）</w:t>
            </w:r>
            <w:proofErr w:type="gramEnd"/>
            <w:r>
              <w:rPr>
                <w:color w:val="333333"/>
                <w:sz w:val="19"/>
                <w:lang w:eastAsia="zh-TW"/>
              </w:rPr>
              <w:br/>
              <w:t xml:space="preserve">□ </w:t>
            </w:r>
            <w:r>
              <w:rPr>
                <w:color w:val="333333"/>
                <w:sz w:val="19"/>
                <w:lang w:eastAsia="zh-TW"/>
              </w:rPr>
              <w:t>曾指導學生參加「本縣國民中小學科技</w:t>
            </w:r>
            <w:r>
              <w:rPr>
                <w:color w:val="333333"/>
                <w:sz w:val="19"/>
                <w:lang w:eastAsia="zh-TW"/>
              </w:rPr>
              <w:t>/</w:t>
            </w:r>
            <w:r>
              <w:rPr>
                <w:color w:val="333333"/>
                <w:sz w:val="19"/>
                <w:lang w:eastAsia="zh-TW"/>
              </w:rPr>
              <w:t>資訊競賽」</w:t>
            </w:r>
            <w:proofErr w:type="gramStart"/>
            <w:r>
              <w:rPr>
                <w:color w:val="333333"/>
                <w:sz w:val="19"/>
                <w:lang w:eastAsia="zh-TW"/>
              </w:rPr>
              <w:t>（</w:t>
            </w:r>
            <w:proofErr w:type="gramEnd"/>
            <w:r>
              <w:rPr>
                <w:color w:val="333333"/>
                <w:sz w:val="19"/>
                <w:lang w:eastAsia="zh-TW"/>
              </w:rPr>
              <w:t>年度</w:t>
            </w:r>
            <w:r>
              <w:rPr>
                <w:color w:val="333333"/>
                <w:sz w:val="19"/>
                <w:lang w:eastAsia="zh-TW"/>
              </w:rPr>
              <w:t>/</w:t>
            </w:r>
            <w:r>
              <w:rPr>
                <w:color w:val="333333"/>
                <w:sz w:val="19"/>
                <w:lang w:eastAsia="zh-TW"/>
              </w:rPr>
              <w:t>獎項：</w:t>
            </w:r>
            <w:r>
              <w:rPr>
                <w:color w:val="333333"/>
                <w:sz w:val="19"/>
                <w:lang w:eastAsia="zh-TW"/>
              </w:rPr>
              <w:t>____________________</w:t>
            </w:r>
            <w:proofErr w:type="gramStart"/>
            <w:r>
              <w:rPr>
                <w:color w:val="333333"/>
                <w:sz w:val="19"/>
                <w:lang w:eastAsia="zh-TW"/>
              </w:rPr>
              <w:t>）</w:t>
            </w:r>
            <w:proofErr w:type="gramEnd"/>
            <w:r>
              <w:rPr>
                <w:color w:val="333333"/>
                <w:sz w:val="19"/>
                <w:lang w:eastAsia="zh-TW"/>
              </w:rPr>
              <w:br/>
              <w:t xml:space="preserve">□ </w:t>
            </w:r>
            <w:r>
              <w:rPr>
                <w:color w:val="333333"/>
                <w:sz w:val="19"/>
                <w:lang w:eastAsia="zh-TW"/>
              </w:rPr>
              <w:t>預計規劃指導學生報名</w:t>
            </w:r>
            <w:r>
              <w:rPr>
                <w:color w:val="333333"/>
                <w:sz w:val="19"/>
                <w:lang w:eastAsia="zh-TW"/>
              </w:rPr>
              <w:t xml:space="preserve"> 116 </w:t>
            </w:r>
            <w:r>
              <w:rPr>
                <w:color w:val="333333"/>
                <w:sz w:val="19"/>
                <w:lang w:eastAsia="zh-TW"/>
              </w:rPr>
              <w:t>年度全國貓咪</w:t>
            </w:r>
            <w:proofErr w:type="gramStart"/>
            <w:r>
              <w:rPr>
                <w:color w:val="333333"/>
                <w:sz w:val="19"/>
                <w:lang w:eastAsia="zh-TW"/>
              </w:rPr>
              <w:t>盃</w:t>
            </w:r>
            <w:proofErr w:type="gramEnd"/>
            <w:r>
              <w:rPr>
                <w:color w:val="333333"/>
                <w:sz w:val="19"/>
                <w:lang w:eastAsia="zh-TW"/>
              </w:rPr>
              <w:t>競賽新組別</w:t>
            </w:r>
          </w:p>
        </w:tc>
      </w:tr>
      <w:tr w:rsidR="00264579">
        <w:trPr>
          <w:jc w:val="center"/>
        </w:trPr>
        <w:tc>
          <w:tcPr>
            <w:tcW w:w="2016" w:type="dxa"/>
            <w:shd w:val="clear" w:color="auto" w:fill="F2F4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jc w:val="center"/>
              <w:rPr>
                <w:lang w:eastAsia="zh-TW"/>
              </w:rPr>
            </w:pPr>
            <w:r>
              <w:rPr>
                <w:b/>
                <w:color w:val="333333"/>
                <w:lang w:eastAsia="zh-TW"/>
              </w:rPr>
              <w:t xml:space="preserve">3. </w:t>
            </w:r>
            <w:r>
              <w:rPr>
                <w:b/>
                <w:color w:val="333333"/>
                <w:lang w:eastAsia="zh-TW"/>
              </w:rPr>
              <w:t>輔導團</w:t>
            </w:r>
            <w:r>
              <w:rPr>
                <w:b/>
                <w:color w:val="333333"/>
                <w:lang w:eastAsia="zh-TW"/>
              </w:rPr>
              <w:t>/</w:t>
            </w:r>
            <w:r>
              <w:rPr>
                <w:b/>
                <w:color w:val="333333"/>
                <w:lang w:eastAsia="zh-TW"/>
              </w:rPr>
              <w:t>中心</w:t>
            </w:r>
            <w:r>
              <w:rPr>
                <w:b/>
                <w:color w:val="333333"/>
                <w:lang w:eastAsia="zh-TW"/>
              </w:rPr>
              <w:br/>
            </w:r>
            <w:r>
              <w:rPr>
                <w:b/>
                <w:color w:val="333333"/>
                <w:lang w:eastAsia="zh-TW"/>
              </w:rPr>
              <w:t>專業師資身分</w:t>
            </w:r>
          </w:p>
        </w:tc>
        <w:tc>
          <w:tcPr>
            <w:tcW w:w="8064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264579" w:rsidRDefault="005F10AF">
            <w:pPr>
              <w:spacing w:after="0"/>
              <w:rPr>
                <w:lang w:eastAsia="zh-TW"/>
              </w:rPr>
            </w:pPr>
            <w:r>
              <w:rPr>
                <w:color w:val="333333"/>
                <w:sz w:val="19"/>
                <w:lang w:eastAsia="zh-TW"/>
              </w:rPr>
              <w:t xml:space="preserve">□ </w:t>
            </w:r>
            <w:r>
              <w:rPr>
                <w:color w:val="333333"/>
                <w:sz w:val="19"/>
                <w:lang w:eastAsia="zh-TW"/>
              </w:rPr>
              <w:t>本縣科技領域輔導團</w:t>
            </w:r>
            <w:r>
              <w:rPr>
                <w:color w:val="333333"/>
                <w:sz w:val="19"/>
                <w:lang w:eastAsia="zh-TW"/>
              </w:rPr>
              <w:t xml:space="preserve"> / </w:t>
            </w:r>
            <w:r>
              <w:rPr>
                <w:color w:val="333333"/>
                <w:sz w:val="19"/>
                <w:lang w:eastAsia="zh-TW"/>
              </w:rPr>
              <w:t>資訊教育輔導團</w:t>
            </w:r>
            <w:r>
              <w:rPr>
                <w:color w:val="333333"/>
                <w:sz w:val="19"/>
                <w:lang w:eastAsia="zh-TW"/>
              </w:rPr>
              <w:t xml:space="preserve"> </w:t>
            </w:r>
            <w:r>
              <w:rPr>
                <w:color w:val="333333"/>
                <w:sz w:val="19"/>
                <w:lang w:eastAsia="zh-TW"/>
              </w:rPr>
              <w:t>輔導員</w:t>
            </w:r>
            <w:r>
              <w:rPr>
                <w:color w:val="333333"/>
                <w:sz w:val="19"/>
                <w:lang w:eastAsia="zh-TW"/>
              </w:rPr>
              <w:br/>
              <w:t xml:space="preserve">□ </w:t>
            </w:r>
            <w:r>
              <w:rPr>
                <w:color w:val="333333"/>
                <w:sz w:val="19"/>
                <w:lang w:eastAsia="zh-TW"/>
              </w:rPr>
              <w:t>本縣自造教育及科技中心（明正</w:t>
            </w:r>
            <w:r>
              <w:rPr>
                <w:color w:val="333333"/>
                <w:sz w:val="19"/>
                <w:lang w:eastAsia="zh-TW"/>
              </w:rPr>
              <w:t>/</w:t>
            </w:r>
            <w:r>
              <w:rPr>
                <w:color w:val="333333"/>
                <w:sz w:val="19"/>
                <w:lang w:eastAsia="zh-TW"/>
              </w:rPr>
              <w:t>南州</w:t>
            </w:r>
            <w:r>
              <w:rPr>
                <w:color w:val="333333"/>
                <w:sz w:val="19"/>
                <w:lang w:eastAsia="zh-TW"/>
              </w:rPr>
              <w:t>/</w:t>
            </w:r>
            <w:r>
              <w:rPr>
                <w:color w:val="333333"/>
                <w:sz w:val="19"/>
                <w:lang w:eastAsia="zh-TW"/>
              </w:rPr>
              <w:t>潮州</w:t>
            </w:r>
            <w:r>
              <w:rPr>
                <w:color w:val="333333"/>
                <w:sz w:val="19"/>
                <w:lang w:eastAsia="zh-TW"/>
              </w:rPr>
              <w:t>/</w:t>
            </w:r>
            <w:r>
              <w:rPr>
                <w:color w:val="333333"/>
                <w:sz w:val="19"/>
                <w:lang w:eastAsia="zh-TW"/>
              </w:rPr>
              <w:t>車城）種子</w:t>
            </w:r>
            <w:r>
              <w:rPr>
                <w:color w:val="333333"/>
                <w:sz w:val="19"/>
                <w:lang w:eastAsia="zh-TW"/>
              </w:rPr>
              <w:t>/</w:t>
            </w:r>
            <w:r>
              <w:rPr>
                <w:color w:val="333333"/>
                <w:sz w:val="19"/>
                <w:lang w:eastAsia="zh-TW"/>
              </w:rPr>
              <w:t>核心推廣教師</w:t>
            </w:r>
            <w:r>
              <w:rPr>
                <w:color w:val="333333"/>
                <w:sz w:val="19"/>
                <w:lang w:eastAsia="zh-TW"/>
              </w:rPr>
              <w:br/>
              <w:t xml:space="preserve">□ </w:t>
            </w:r>
            <w:r>
              <w:rPr>
                <w:color w:val="333333"/>
                <w:sz w:val="19"/>
                <w:lang w:eastAsia="zh-TW"/>
              </w:rPr>
              <w:t>校內資訊教育推動小組成員</w:t>
            </w:r>
            <w:r>
              <w:rPr>
                <w:color w:val="333333"/>
                <w:sz w:val="19"/>
                <w:lang w:eastAsia="zh-TW"/>
              </w:rPr>
              <w:t xml:space="preserve"> / </w:t>
            </w:r>
            <w:r>
              <w:rPr>
                <w:color w:val="333333"/>
                <w:sz w:val="19"/>
                <w:lang w:eastAsia="zh-TW"/>
              </w:rPr>
              <w:t>領域召集人</w:t>
            </w:r>
          </w:p>
        </w:tc>
      </w:tr>
    </w:tbl>
    <w:p w:rsidR="00264579" w:rsidRDefault="005F10AF">
      <w:pPr>
        <w:spacing w:before="120" w:after="0"/>
        <w:rPr>
          <w:lang w:eastAsia="zh-TW"/>
        </w:rPr>
      </w:pPr>
      <w:r>
        <w:rPr>
          <w:color w:val="444444"/>
          <w:sz w:val="18"/>
          <w:lang w:eastAsia="zh-TW"/>
        </w:rPr>
        <w:t>【填表及回傳說明】</w:t>
      </w:r>
      <w:r>
        <w:rPr>
          <w:color w:val="444444"/>
          <w:sz w:val="18"/>
          <w:lang w:eastAsia="zh-TW"/>
        </w:rPr>
        <w:br/>
        <w:t xml:space="preserve">1. </w:t>
      </w:r>
      <w:r>
        <w:rPr>
          <w:color w:val="444444"/>
          <w:sz w:val="18"/>
          <w:lang w:eastAsia="zh-TW"/>
        </w:rPr>
        <w:t>報名截止：請各校於</w:t>
      </w:r>
      <w:r>
        <w:rPr>
          <w:color w:val="444444"/>
          <w:sz w:val="18"/>
          <w:lang w:eastAsia="zh-TW"/>
        </w:rPr>
        <w:t xml:space="preserve"> 115 </w:t>
      </w:r>
      <w:r>
        <w:rPr>
          <w:color w:val="444444"/>
          <w:sz w:val="18"/>
          <w:lang w:eastAsia="zh-TW"/>
        </w:rPr>
        <w:t>年</w:t>
      </w:r>
      <w:r>
        <w:rPr>
          <w:color w:val="444444"/>
          <w:sz w:val="18"/>
          <w:lang w:eastAsia="zh-TW"/>
        </w:rPr>
        <w:t xml:space="preserve"> 11 </w:t>
      </w:r>
      <w:r>
        <w:rPr>
          <w:color w:val="444444"/>
          <w:sz w:val="18"/>
          <w:lang w:eastAsia="zh-TW"/>
        </w:rPr>
        <w:t>月</w:t>
      </w:r>
      <w:r>
        <w:rPr>
          <w:color w:val="444444"/>
          <w:sz w:val="18"/>
          <w:lang w:eastAsia="zh-TW"/>
        </w:rPr>
        <w:t xml:space="preserve"> 9 </w:t>
      </w:r>
      <w:r>
        <w:rPr>
          <w:color w:val="444444"/>
          <w:sz w:val="18"/>
          <w:lang w:eastAsia="zh-TW"/>
        </w:rPr>
        <w:t>日（星期一）下午</w:t>
      </w:r>
      <w:r>
        <w:rPr>
          <w:color w:val="444444"/>
          <w:sz w:val="18"/>
          <w:lang w:eastAsia="zh-TW"/>
        </w:rPr>
        <w:t xml:space="preserve"> 5 </w:t>
      </w:r>
      <w:r>
        <w:rPr>
          <w:color w:val="444444"/>
          <w:sz w:val="18"/>
          <w:lang w:eastAsia="zh-TW"/>
        </w:rPr>
        <w:t>時前，將核章後報名表掃描為</w:t>
      </w:r>
      <w:r>
        <w:rPr>
          <w:color w:val="444444"/>
          <w:sz w:val="18"/>
          <w:lang w:eastAsia="zh-TW"/>
        </w:rPr>
        <w:t xml:space="preserve"> PDF </w:t>
      </w:r>
      <w:r>
        <w:rPr>
          <w:color w:val="444444"/>
          <w:sz w:val="18"/>
          <w:lang w:eastAsia="zh-TW"/>
        </w:rPr>
        <w:t>檔傳送至教育處業務承辦人信箱</w:t>
      </w:r>
      <w:proofErr w:type="gramStart"/>
      <w:r>
        <w:rPr>
          <w:color w:val="444444"/>
          <w:sz w:val="18"/>
          <w:lang w:eastAsia="zh-TW"/>
        </w:rPr>
        <w:t>（</w:t>
      </w:r>
      <w:proofErr w:type="gramEnd"/>
      <w:r>
        <w:rPr>
          <w:color w:val="444444"/>
          <w:sz w:val="18"/>
          <w:lang w:eastAsia="zh-TW"/>
        </w:rPr>
        <w:t>主旨請註明：</w:t>
      </w:r>
      <w:r>
        <w:rPr>
          <w:color w:val="444444"/>
          <w:sz w:val="18"/>
          <w:lang w:eastAsia="zh-TW"/>
        </w:rPr>
        <w:t>○○</w:t>
      </w:r>
      <w:r>
        <w:rPr>
          <w:color w:val="444444"/>
          <w:sz w:val="18"/>
          <w:lang w:eastAsia="zh-TW"/>
        </w:rPr>
        <w:t>國中</w:t>
      </w:r>
      <w:r>
        <w:rPr>
          <w:color w:val="444444"/>
          <w:sz w:val="18"/>
          <w:lang w:eastAsia="zh-TW"/>
        </w:rPr>
        <w:t>/</w:t>
      </w:r>
      <w:r>
        <w:rPr>
          <w:color w:val="444444"/>
          <w:sz w:val="18"/>
          <w:lang w:eastAsia="zh-TW"/>
        </w:rPr>
        <w:t>小</w:t>
      </w:r>
      <w:r>
        <w:rPr>
          <w:color w:val="444444"/>
          <w:sz w:val="18"/>
          <w:lang w:eastAsia="zh-TW"/>
        </w:rPr>
        <w:t>-</w:t>
      </w:r>
      <w:r>
        <w:rPr>
          <w:color w:val="444444"/>
          <w:sz w:val="18"/>
          <w:lang w:eastAsia="zh-TW"/>
        </w:rPr>
        <w:t>南部場工作坊報名表</w:t>
      </w:r>
      <w:proofErr w:type="gramStart"/>
      <w:r>
        <w:rPr>
          <w:color w:val="444444"/>
          <w:sz w:val="18"/>
          <w:lang w:eastAsia="zh-TW"/>
        </w:rPr>
        <w:t>）</w:t>
      </w:r>
      <w:proofErr w:type="gramEnd"/>
      <w:r>
        <w:rPr>
          <w:color w:val="444444"/>
          <w:sz w:val="18"/>
          <w:lang w:eastAsia="zh-TW"/>
        </w:rPr>
        <w:t>，逾期恕不受理。</w:t>
      </w:r>
      <w:r>
        <w:rPr>
          <w:color w:val="444444"/>
          <w:sz w:val="18"/>
          <w:lang w:eastAsia="zh-TW"/>
        </w:rPr>
        <w:br/>
        <w:t xml:space="preserve">2. </w:t>
      </w:r>
      <w:r w:rsidRPr="005F10AF">
        <w:rPr>
          <w:color w:val="444444"/>
          <w:sz w:val="18"/>
          <w:lang w:eastAsia="zh-TW"/>
        </w:rPr>
        <w:t>請有</w:t>
      </w:r>
      <w:proofErr w:type="gramStart"/>
      <w:r w:rsidRPr="005F10AF">
        <w:rPr>
          <w:color w:val="444444"/>
          <w:sz w:val="18"/>
          <w:lang w:eastAsia="zh-TW"/>
        </w:rPr>
        <w:t>意願參訓之</w:t>
      </w:r>
      <w:proofErr w:type="gramEnd"/>
      <w:r w:rsidRPr="005F10AF">
        <w:rPr>
          <w:color w:val="444444"/>
          <w:sz w:val="18"/>
          <w:lang w:eastAsia="zh-TW"/>
        </w:rPr>
        <w:t>教師</w:t>
      </w:r>
      <w:proofErr w:type="gramStart"/>
      <w:r w:rsidRPr="005F10AF">
        <w:rPr>
          <w:color w:val="444444"/>
          <w:sz w:val="18"/>
          <w:lang w:eastAsia="zh-TW"/>
        </w:rPr>
        <w:t>填妥本表</w:t>
      </w:r>
      <w:proofErr w:type="gramEnd"/>
      <w:r w:rsidRPr="005F10AF">
        <w:rPr>
          <w:color w:val="444444"/>
          <w:sz w:val="18"/>
          <w:lang w:eastAsia="zh-TW"/>
        </w:rPr>
        <w:t>，</w:t>
      </w:r>
      <w:proofErr w:type="gramStart"/>
      <w:r w:rsidRPr="005F10AF">
        <w:rPr>
          <w:color w:val="444444"/>
          <w:sz w:val="18"/>
          <w:lang w:eastAsia="zh-TW"/>
        </w:rPr>
        <w:t>免備文</w:t>
      </w:r>
      <w:proofErr w:type="gramEnd"/>
      <w:r w:rsidRPr="005F10AF">
        <w:rPr>
          <w:color w:val="444444"/>
          <w:sz w:val="18"/>
          <w:lang w:eastAsia="zh-TW"/>
        </w:rPr>
        <w:t>回傳教育</w:t>
      </w:r>
      <w:proofErr w:type="gramStart"/>
      <w:r w:rsidRPr="005F10AF">
        <w:rPr>
          <w:color w:val="444444"/>
          <w:sz w:val="18"/>
          <w:lang w:eastAsia="zh-TW"/>
        </w:rPr>
        <w:t>處彙辦</w:t>
      </w:r>
      <w:proofErr w:type="gramEnd"/>
      <w:r>
        <w:rPr>
          <w:color w:val="444444"/>
          <w:sz w:val="18"/>
          <w:lang w:eastAsia="zh-TW"/>
        </w:rPr>
        <w:t>，並由本處統一至大會系統填報。</w:t>
      </w:r>
    </w:p>
    <w:sectPr w:rsidR="00264579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64579"/>
    <w:rsid w:val="0029639D"/>
    <w:rsid w:val="00326F90"/>
    <w:rsid w:val="005F10A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C43EA9"/>
  <w14:defaultImageDpi w14:val="300"/>
  <w15:docId w15:val="{F2C60347-3580-4E82-8024-64C90C51F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標楷體" w:hAnsi="標楷體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3BC9F0-9D1B-4F95-AF88-3CD4CF619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2026-10-30T05:23:00Z</dcterms:modified>
  <cp:category/>
</cp:coreProperties>
</file>